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8DBA9" w14:textId="2102E0A2" w:rsidR="00C30E4B" w:rsidRPr="00942EEE" w:rsidRDefault="00A31A56">
      <w:pPr>
        <w:spacing w:after="40"/>
        <w:jc w:val="center"/>
        <w:rPr>
          <w:rFonts w:ascii="BIZ UDゴシック" w:eastAsia="BIZ UDゴシック" w:hAnsi="BIZ UDゴシック"/>
          <w:sz w:val="28"/>
          <w:szCs w:val="28"/>
        </w:rPr>
      </w:pPr>
      <w:r w:rsidRPr="00942EEE">
        <w:rPr>
          <w:rFonts w:ascii="BIZ UDゴシック" w:eastAsia="BIZ UDゴシック" w:hAnsi="BIZ UDゴシック"/>
          <w:b/>
          <w:color w:val="1F4E79"/>
          <w:sz w:val="28"/>
          <w:szCs w:val="28"/>
        </w:rPr>
        <w:t>大規模修繕</w:t>
      </w:r>
      <w:r w:rsidR="00942EEE">
        <w:rPr>
          <w:rFonts w:ascii="BIZ UDゴシック" w:eastAsia="BIZ UDゴシック" w:hAnsi="BIZ UDゴシック" w:hint="eastAsia"/>
          <w:b/>
          <w:color w:val="1F4E79"/>
          <w:sz w:val="28"/>
          <w:szCs w:val="28"/>
        </w:rPr>
        <w:t>工事前</w:t>
      </w:r>
      <w:r w:rsidRPr="00942EEE">
        <w:rPr>
          <w:rFonts w:ascii="BIZ UDゴシック" w:eastAsia="BIZ UDゴシック" w:hAnsi="BIZ UDゴシック"/>
          <w:b/>
          <w:color w:val="1F4E79"/>
          <w:sz w:val="28"/>
          <w:szCs w:val="28"/>
        </w:rPr>
        <w:t xml:space="preserve">　居住者アンケート調査票</w:t>
      </w:r>
    </w:p>
    <w:p w14:paraId="611F96D8" w14:textId="2FD109FA" w:rsidR="00C30E4B" w:rsidRPr="003E50AC" w:rsidRDefault="00D074C8" w:rsidP="00942EEE">
      <w:pPr>
        <w:spacing w:after="120"/>
        <w:jc w:val="righ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○○マンション</w:t>
      </w:r>
      <w:r w:rsidR="00942EEE">
        <w:rPr>
          <w:rFonts w:ascii="BIZ UDゴシック" w:eastAsia="BIZ UDゴシック" w:hAnsi="BIZ UDゴシック" w:hint="eastAsia"/>
          <w:sz w:val="22"/>
        </w:rPr>
        <w:t>管理組合</w:t>
      </w:r>
    </w:p>
    <w:tbl>
      <w:tblPr>
        <w:tblStyle w:val="afe"/>
        <w:tblW w:w="4900" w:type="pct"/>
        <w:jc w:val="center"/>
        <w:tblLook w:val="04A0" w:firstRow="1" w:lastRow="0" w:firstColumn="1" w:lastColumn="0" w:noHBand="0" w:noVBand="1"/>
      </w:tblPr>
      <w:tblGrid>
        <w:gridCol w:w="2303"/>
        <w:gridCol w:w="2725"/>
        <w:gridCol w:w="2304"/>
        <w:gridCol w:w="2460"/>
      </w:tblGrid>
      <w:tr w:rsidR="00C30E4B" w:rsidRPr="003E50AC" w14:paraId="236CDE3D" w14:textId="77777777" w:rsidTr="00DA0189">
        <w:trPr>
          <w:jc w:val="center"/>
        </w:trPr>
        <w:tc>
          <w:tcPr>
            <w:tcW w:w="226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EABC01" w14:textId="4429C176" w:rsidR="00C30E4B" w:rsidRPr="003E50AC" w:rsidRDefault="003E50AC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（棟名）</w:t>
            </w:r>
          </w:p>
        </w:tc>
        <w:tc>
          <w:tcPr>
            <w:tcW w:w="26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3B3C8B" w14:textId="77777777" w:rsidR="00C30E4B" w:rsidRPr="003E50AC" w:rsidRDefault="00C30E4B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8E7398" w14:textId="77777777" w:rsidR="00C30E4B" w:rsidRPr="003E50AC" w:rsidRDefault="00A31A56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住戸番号</w:t>
            </w:r>
          </w:p>
        </w:tc>
        <w:tc>
          <w:tcPr>
            <w:tcW w:w="24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F5528F" w14:textId="77777777" w:rsidR="00C30E4B" w:rsidRPr="003E50AC" w:rsidRDefault="00A31A56" w:rsidP="00DA0189">
            <w:pPr>
              <w:ind w:firstLineChars="700" w:firstLine="1540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号室</w:t>
            </w:r>
          </w:p>
        </w:tc>
      </w:tr>
      <w:tr w:rsidR="00C30E4B" w:rsidRPr="003E50AC" w14:paraId="10DDF563" w14:textId="77777777" w:rsidTr="00DA0189">
        <w:trPr>
          <w:jc w:val="center"/>
        </w:trPr>
        <w:tc>
          <w:tcPr>
            <w:tcW w:w="226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969D08" w14:textId="11E09599" w:rsidR="00C30E4B" w:rsidRPr="003E50AC" w:rsidRDefault="00A31A56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回答者</w:t>
            </w:r>
          </w:p>
        </w:tc>
        <w:tc>
          <w:tcPr>
            <w:tcW w:w="26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1311B4" w14:textId="77777777" w:rsidR="00C30E4B" w:rsidRPr="003E50AC" w:rsidRDefault="00A31A56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□区分所有者　□居住者　□その他（　　　）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9AD90C" w14:textId="77777777" w:rsidR="00C30E4B" w:rsidRPr="003E50AC" w:rsidRDefault="00A31A56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回答日</w:t>
            </w:r>
          </w:p>
        </w:tc>
        <w:tc>
          <w:tcPr>
            <w:tcW w:w="24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854CBF" w14:textId="10BE358E" w:rsidR="00C30E4B" w:rsidRPr="003E50AC" w:rsidRDefault="00A31A56" w:rsidP="00DA0189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 xml:space="preserve">　</w:t>
            </w:r>
            <w:r w:rsidR="00DA0189">
              <w:rPr>
                <w:rFonts w:ascii="BIZ UDゴシック" w:eastAsia="BIZ UDゴシック" w:hAnsi="BIZ UDゴシック" w:hint="eastAsia"/>
                <w:sz w:val="22"/>
              </w:rPr>
              <w:t xml:space="preserve">　　 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 xml:space="preserve">年　</w:t>
            </w:r>
            <w:r w:rsidR="00DA0189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>月</w:t>
            </w:r>
            <w:r w:rsidR="00DA0189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 xml:space="preserve">　日</w:t>
            </w:r>
          </w:p>
        </w:tc>
      </w:tr>
    </w:tbl>
    <w:p w14:paraId="2E1B8635" w14:textId="0D6AC45E" w:rsidR="00C30E4B" w:rsidRPr="003E50AC" w:rsidRDefault="00A31A56">
      <w:pPr>
        <w:spacing w:before="120" w:after="40"/>
        <w:rPr>
          <w:rFonts w:ascii="BIZ UDゴシック" w:eastAsia="BIZ UDゴシック" w:hAnsi="BIZ UDゴシック"/>
          <w:sz w:val="22"/>
        </w:rPr>
      </w:pPr>
      <w:r w:rsidRPr="003E50AC">
        <w:rPr>
          <w:rFonts w:ascii="BIZ UDゴシック" w:eastAsia="BIZ UDゴシック" w:hAnsi="BIZ UDゴシック"/>
          <w:b/>
          <w:sz w:val="22"/>
        </w:rPr>
        <w:t>【目的】</w:t>
      </w:r>
      <w:r w:rsidRPr="003E50AC">
        <w:rPr>
          <w:rFonts w:ascii="BIZ UDゴシック" w:eastAsia="BIZ UDゴシック" w:hAnsi="BIZ UDゴシック"/>
          <w:sz w:val="22"/>
        </w:rPr>
        <w:t xml:space="preserve"> 日常生活の中でお気づきの不具合を把握し、</w:t>
      </w:r>
      <w:r w:rsidR="003E50AC">
        <w:rPr>
          <w:rFonts w:ascii="BIZ UDゴシック" w:eastAsia="BIZ UDゴシック" w:hAnsi="BIZ UDゴシック" w:hint="eastAsia"/>
          <w:sz w:val="22"/>
        </w:rPr>
        <w:t>建物の劣化傾向を知るための資料とします</w:t>
      </w:r>
      <w:r w:rsidRPr="003E50AC">
        <w:rPr>
          <w:rFonts w:ascii="BIZ UDゴシック" w:eastAsia="BIZ UDゴシック" w:hAnsi="BIZ UDゴシック"/>
          <w:sz w:val="22"/>
        </w:rPr>
        <w:t>。</w:t>
      </w:r>
    </w:p>
    <w:p w14:paraId="70F87A07" w14:textId="17AC8446" w:rsidR="00C30E4B" w:rsidRDefault="00A31A56">
      <w:pPr>
        <w:spacing w:after="80"/>
        <w:rPr>
          <w:rFonts w:ascii="BIZ UDゴシック" w:eastAsia="BIZ UDゴシック" w:hAnsi="BIZ UDゴシック"/>
          <w:sz w:val="22"/>
        </w:rPr>
      </w:pPr>
      <w:r w:rsidRPr="003E50AC">
        <w:rPr>
          <w:rFonts w:ascii="BIZ UDゴシック" w:eastAsia="BIZ UDゴシック" w:hAnsi="BIZ UDゴシック"/>
          <w:b/>
          <w:sz w:val="22"/>
        </w:rPr>
        <w:t>【回答方法】</w:t>
      </w:r>
      <w:r w:rsidRPr="003E50AC">
        <w:rPr>
          <w:rFonts w:ascii="BIZ UDゴシック" w:eastAsia="BIZ UDゴシック" w:hAnsi="BIZ UDゴシック"/>
          <w:sz w:val="22"/>
        </w:rPr>
        <w:t xml:space="preserve"> 該当する欄に</w:t>
      </w:r>
      <w:r w:rsidR="00942EEE">
        <w:rPr>
          <w:rFonts w:ascii="BIZ UDゴシック" w:eastAsia="BIZ UDゴシック" w:hAnsi="BIZ UDゴシック" w:hint="eastAsia"/>
          <w:sz w:val="22"/>
        </w:rPr>
        <w:t>○印をつけ</w:t>
      </w:r>
      <w:r w:rsidRPr="003E50AC">
        <w:rPr>
          <w:rFonts w:ascii="BIZ UDゴシック" w:eastAsia="BIZ UDゴシック" w:hAnsi="BIZ UDゴシック"/>
          <w:sz w:val="22"/>
        </w:rPr>
        <w:t>、「あり」の場合は、場所・発生時期・状況を</w:t>
      </w:r>
      <w:r w:rsidR="00DA0189">
        <w:rPr>
          <w:rFonts w:ascii="BIZ UDゴシック" w:eastAsia="BIZ UDゴシック" w:hAnsi="BIZ UDゴシック" w:hint="eastAsia"/>
          <w:sz w:val="22"/>
        </w:rPr>
        <w:t>書ける範囲</w:t>
      </w:r>
      <w:r w:rsidR="00942EEE">
        <w:rPr>
          <w:rFonts w:ascii="BIZ UDゴシック" w:eastAsia="BIZ UDゴシック" w:hAnsi="BIZ UDゴシック" w:hint="eastAsia"/>
          <w:sz w:val="22"/>
        </w:rPr>
        <w:t>で</w:t>
      </w:r>
      <w:r w:rsidRPr="003E50AC">
        <w:rPr>
          <w:rFonts w:ascii="BIZ UDゴシック" w:eastAsia="BIZ UDゴシック" w:hAnsi="BIZ UDゴシック"/>
          <w:sz w:val="22"/>
        </w:rPr>
        <w:t>できるだけ具体的に記入してください。写真がある場合は添付して</w:t>
      </w:r>
      <w:r w:rsidR="00DA0189">
        <w:rPr>
          <w:rFonts w:ascii="BIZ UDゴシック" w:eastAsia="BIZ UDゴシック" w:hAnsi="BIZ UDゴシック" w:hint="eastAsia"/>
          <w:sz w:val="22"/>
        </w:rPr>
        <w:t>状況欄に記入して</w:t>
      </w:r>
      <w:r w:rsidRPr="003E50AC">
        <w:rPr>
          <w:rFonts w:ascii="BIZ UDゴシック" w:eastAsia="BIZ UDゴシック" w:hAnsi="BIZ UDゴシック"/>
          <w:sz w:val="22"/>
        </w:rPr>
        <w:t>ください。</w:t>
      </w:r>
    </w:p>
    <w:p w14:paraId="2BC3D973" w14:textId="0FF71DF8" w:rsidR="005172B7" w:rsidRPr="003E50AC" w:rsidRDefault="005172B7">
      <w:pPr>
        <w:spacing w:after="80"/>
        <w:rPr>
          <w:rFonts w:ascii="BIZ UDゴシック" w:eastAsia="BIZ UDゴシック" w:hAnsi="BIZ UDゴシック"/>
          <w:sz w:val="22"/>
        </w:rPr>
      </w:pPr>
      <w:r w:rsidRPr="005172B7">
        <w:rPr>
          <w:rFonts w:ascii="BIZ UDゴシック" w:eastAsia="BIZ UDゴシック" w:hAnsi="BIZ UDゴシック" w:hint="eastAsia"/>
          <w:b/>
          <w:bCs/>
          <w:sz w:val="22"/>
        </w:rPr>
        <w:t>【提出】</w:t>
      </w:r>
      <w:r>
        <w:rPr>
          <w:rFonts w:ascii="BIZ UDゴシック" w:eastAsia="BIZ UDゴシック" w:hAnsi="BIZ UDゴシック" w:hint="eastAsia"/>
          <w:sz w:val="22"/>
        </w:rPr>
        <w:t xml:space="preserve"> 2026年　月　日までに管理事務室に提出してください。</w:t>
      </w:r>
    </w:p>
    <w:p w14:paraId="076E4DC7" w14:textId="497503FA" w:rsidR="00C30E4B" w:rsidRPr="003E50AC" w:rsidRDefault="00A31A56">
      <w:pPr>
        <w:pStyle w:val="1"/>
        <w:spacing w:before="160" w:after="80"/>
        <w:rPr>
          <w:rFonts w:ascii="BIZ UDゴシック" w:eastAsia="BIZ UDゴシック" w:hAnsi="BIZ UDゴシック"/>
        </w:rPr>
      </w:pPr>
      <w:r w:rsidRPr="003E50AC">
        <w:rPr>
          <w:rFonts w:ascii="BIZ UDゴシック" w:eastAsia="BIZ UDゴシック" w:hAnsi="BIZ UDゴシック"/>
          <w:color w:val="1F4E79"/>
          <w:sz w:val="26"/>
        </w:rPr>
        <w:t>1　バルコニー・専用庭等</w:t>
      </w:r>
    </w:p>
    <w:tbl>
      <w:tblPr>
        <w:tblStyle w:val="afe"/>
        <w:tblW w:w="4901" w:type="pct"/>
        <w:jc w:val="center"/>
        <w:tblLayout w:type="fixed"/>
        <w:tblLook w:val="04A0" w:firstRow="1" w:lastRow="0" w:firstColumn="1" w:lastColumn="0" w:noHBand="0" w:noVBand="1"/>
      </w:tblPr>
      <w:tblGrid>
        <w:gridCol w:w="4039"/>
        <w:gridCol w:w="2018"/>
        <w:gridCol w:w="3753"/>
      </w:tblGrid>
      <w:tr w:rsidR="003E50AC" w:rsidRPr="003E50AC" w14:paraId="2C670C0A" w14:textId="77777777" w:rsidTr="004845B8">
        <w:trPr>
          <w:tblHeader/>
          <w:jc w:val="center"/>
        </w:trPr>
        <w:tc>
          <w:tcPr>
            <w:tcW w:w="4039" w:type="dxa"/>
            <w:shd w:val="clear" w:color="auto" w:fill="D9EAF7"/>
            <w:vAlign w:val="center"/>
          </w:tcPr>
          <w:p w14:paraId="2DAA8477" w14:textId="77777777" w:rsidR="003E50AC" w:rsidRPr="003E50AC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確認項目</w:t>
            </w:r>
          </w:p>
        </w:tc>
        <w:tc>
          <w:tcPr>
            <w:tcW w:w="2018" w:type="dxa"/>
            <w:shd w:val="clear" w:color="auto" w:fill="D9EAF7"/>
            <w:vAlign w:val="center"/>
          </w:tcPr>
          <w:p w14:paraId="01A8936A" w14:textId="40321D86" w:rsidR="003E50AC" w:rsidRPr="003E50AC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回答</w:t>
            </w:r>
          </w:p>
        </w:tc>
        <w:tc>
          <w:tcPr>
            <w:tcW w:w="3753" w:type="dxa"/>
            <w:shd w:val="clear" w:color="auto" w:fill="D9EAF7"/>
            <w:vAlign w:val="center"/>
          </w:tcPr>
          <w:p w14:paraId="3B2BF63E" w14:textId="687CCFD7" w:rsidR="003E50AC" w:rsidRPr="003E50AC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場所・時期・状況</w:t>
            </w:r>
          </w:p>
        </w:tc>
      </w:tr>
      <w:tr w:rsidR="004845B8" w:rsidRPr="003E50AC" w14:paraId="033BC38F" w14:textId="77777777" w:rsidTr="004845B8">
        <w:trPr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845A67D" w14:textId="67035082" w:rsidR="004845B8" w:rsidRPr="004845B8" w:rsidRDefault="00716762" w:rsidP="004845B8">
            <w:pPr>
              <w:jc w:val="both"/>
              <w:rPr>
                <w:rFonts w:ascii="BIZ UDゴシック" w:eastAsia="BIZ UDゴシック" w:hAnsi="BIZ UDゴシック"/>
                <w:color w:val="7F7F7F" w:themeColor="text1" w:themeTint="8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7F7F7F" w:themeColor="text1" w:themeTint="80"/>
                <w:sz w:val="22"/>
              </w:rPr>
              <w:t>床シート（床の塗装材）に、ふくれ・はがれ・ひび割れがある。</w:t>
            </w:r>
            <w:r w:rsidR="004845B8">
              <w:rPr>
                <w:rFonts w:ascii="BIZ UDゴシック" w:eastAsia="BIZ UDゴシック" w:hAnsi="BIZ UDゴシック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7FD9F49" wp14:editId="24E1F8BE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41910</wp:posOffset>
                      </wp:positionV>
                      <wp:extent cx="990600" cy="257175"/>
                      <wp:effectExtent l="0" t="0" r="19050" b="28575"/>
                      <wp:wrapNone/>
                      <wp:docPr id="89883596" name="テキスト ボックス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608E67A-38C7-437B-B6BA-F8629A0DC75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3CD6818" w14:textId="3ED3B573" w:rsidR="004845B8" w:rsidRPr="004845B8" w:rsidRDefault="004845B8" w:rsidP="004845B8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595959" w:themeColor="text1" w:themeTint="A6"/>
                                      <w:sz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845B8">
                                    <w:rPr>
                                      <w:rFonts w:ascii="BIZ UDゴシック" w:eastAsia="BIZ UDゴシック" w:hAnsi="BIZ UDゴシック" w:hint="eastAsia"/>
                                      <w:color w:val="595959" w:themeColor="text1" w:themeTint="A6"/>
                                      <w:sz w:val="2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FD9F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54.75pt;margin-top:3.3pt;width:78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" fillcolor="white [3201]" strokecolor="#5a5a5a [2109]" strokeweight=".5pt">
                      <v:textbox>
                        <w:txbxContent>
                          <w:p w14:paraId="33CD6818" w14:textId="3ED3B573" w:rsidR="004845B8" w:rsidRPr="004845B8" w:rsidRDefault="004845B8" w:rsidP="004845B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595959" w:themeColor="text1" w:themeTint="A6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845B8">
                              <w:rPr>
                                <w:rFonts w:ascii="BIZ UDゴシック" w:eastAsia="BIZ UDゴシック" w:hAnsi="BIZ UDゴシック" w:hint="eastAsia"/>
                                <w:color w:val="595959" w:themeColor="text1" w:themeTint="A6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記入例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18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10CE7E" w14:textId="5DA3696E" w:rsidR="004845B8" w:rsidRPr="004845B8" w:rsidRDefault="00942EEE" w:rsidP="004845B8">
            <w:pPr>
              <w:jc w:val="center"/>
              <w:rPr>
                <w:rFonts w:ascii="BIZ UDゴシック" w:eastAsia="BIZ UDゴシック" w:hAnsi="BIZ UDゴシック"/>
                <w:color w:val="7F7F7F" w:themeColor="text1" w:themeTint="80"/>
                <w:sz w:val="22"/>
              </w:rPr>
            </w:pPr>
            <w:r>
              <w:rPr>
                <w:rFonts w:ascii="BIZ UDゴシック" w:eastAsia="BIZ UDゴシック" w:hAnsi="BIZ UDゴシック" w:hint="eastAsia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726B1225" wp14:editId="50879B81">
                      <wp:simplePos x="0" y="0"/>
                      <wp:positionH relativeFrom="column">
                        <wp:posOffset>2973705</wp:posOffset>
                      </wp:positionH>
                      <wp:positionV relativeFrom="page">
                        <wp:posOffset>3808730</wp:posOffset>
                      </wp:positionV>
                      <wp:extent cx="428625" cy="313055"/>
                      <wp:effectExtent l="57150" t="19050" r="47625" b="86995"/>
                      <wp:wrapNone/>
                      <wp:docPr id="833847158" name="楕円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7B29F9-D616-4230-93D7-618E7E7685B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130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7D3F6F" id="楕円 3" o:spid="_x0000_s1026" style="position:absolute;margin-left:234.15pt;margin-top:299.9pt;width:33.75pt;height:2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" o:allowincell="f" filled="f" strokecolor="#5a5a5a [2109]">
                      <v:shadow on="t" color="black" opacity="22937f" origin=",.5" offset="0,.63889mm"/>
                      <w10:wrap anchory="page"/>
                    </v:oval>
                  </w:pict>
                </mc:Fallback>
              </mc:AlternateContent>
            </w:r>
            <w:r w:rsidR="004845B8" w:rsidRPr="004845B8">
              <w:rPr>
                <w:rFonts w:ascii="BIZ UDゴシック" w:eastAsia="BIZ UDゴシック" w:hAnsi="BIZ UDゴシック" w:hint="eastAsia"/>
                <w:color w:val="7F7F7F" w:themeColor="text1" w:themeTint="80"/>
                <w:sz w:val="22"/>
              </w:rPr>
              <w:t>なし／あり／不明</w:t>
            </w:r>
          </w:p>
        </w:tc>
        <w:tc>
          <w:tcPr>
            <w:tcW w:w="375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6CEA3BE" w14:textId="37258C68" w:rsidR="004845B8" w:rsidRPr="004845B8" w:rsidRDefault="004845B8" w:rsidP="004845B8">
            <w:pPr>
              <w:rPr>
                <w:rFonts w:ascii="BIZ UDゴシック" w:eastAsia="BIZ UDゴシック" w:hAnsi="BIZ UDゴシック"/>
                <w:color w:val="7F7F7F" w:themeColor="text1" w:themeTint="80"/>
                <w:sz w:val="22"/>
              </w:rPr>
            </w:pPr>
            <w:r w:rsidRPr="004845B8">
              <w:rPr>
                <w:rFonts w:ascii="BIZ UDゴシック" w:eastAsia="BIZ UDゴシック" w:hAnsi="BIZ UDゴシック"/>
                <w:color w:val="7F7F7F" w:themeColor="text1" w:themeTint="80"/>
                <w:sz w:val="22"/>
              </w:rPr>
              <w:t>場所：</w:t>
            </w:r>
            <w:r w:rsidR="00716762">
              <w:rPr>
                <w:rFonts w:ascii="BIZ UDゴシック" w:eastAsia="BIZ UDゴシック" w:hAnsi="BIZ UDゴシック" w:hint="eastAsia"/>
                <w:color w:val="7F7F7F" w:themeColor="text1" w:themeTint="80"/>
                <w:sz w:val="22"/>
              </w:rPr>
              <w:t>バルコニーの中央</w:t>
            </w:r>
            <w:r w:rsidRPr="004845B8">
              <w:rPr>
                <w:rFonts w:ascii="BIZ UDゴシック" w:eastAsia="BIZ UDゴシック" w:hAnsi="BIZ UDゴシック"/>
                <w:color w:val="7F7F7F" w:themeColor="text1" w:themeTint="80"/>
                <w:sz w:val="22"/>
              </w:rPr>
              <w:br/>
              <w:t>時期：</w:t>
            </w:r>
            <w:r w:rsidR="00716762">
              <w:rPr>
                <w:rFonts w:ascii="BIZ UDゴシック" w:eastAsia="BIZ UDゴシック" w:hAnsi="BIZ UDゴシック" w:hint="eastAsia"/>
                <w:color w:val="7F7F7F" w:themeColor="text1" w:themeTint="80"/>
                <w:sz w:val="22"/>
              </w:rPr>
              <w:t>5年くらい前から</w:t>
            </w:r>
            <w:r w:rsidRPr="004845B8">
              <w:rPr>
                <w:rFonts w:ascii="BIZ UDゴシック" w:eastAsia="BIZ UDゴシック" w:hAnsi="BIZ UDゴシック"/>
                <w:color w:val="7F7F7F" w:themeColor="text1" w:themeTint="80"/>
                <w:sz w:val="22"/>
              </w:rPr>
              <w:br/>
              <w:t>状況：</w:t>
            </w:r>
            <w:r w:rsidR="00716762">
              <w:rPr>
                <w:rFonts w:ascii="BIZ UDゴシック" w:eastAsia="BIZ UDゴシック" w:hAnsi="BIZ UDゴシック" w:hint="eastAsia"/>
                <w:color w:val="7F7F7F" w:themeColor="text1" w:themeTint="80"/>
                <w:sz w:val="22"/>
              </w:rPr>
              <w:t>ふくれてポコポコ浮いている</w:t>
            </w:r>
          </w:p>
        </w:tc>
      </w:tr>
      <w:tr w:rsidR="004845B8" w:rsidRPr="003E50AC" w14:paraId="29A8C644" w14:textId="77777777" w:rsidTr="004845B8">
        <w:trPr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C9F6A1" w14:textId="3A9E94BA" w:rsidR="004845B8" w:rsidRPr="003E50AC" w:rsidRDefault="004845B8" w:rsidP="004845B8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床</w:t>
            </w:r>
            <w:r>
              <w:rPr>
                <w:rFonts w:ascii="BIZ UDゴシック" w:eastAsia="BIZ UDゴシック" w:hAnsi="BIZ UDゴシック" w:hint="eastAsia"/>
                <w:sz w:val="22"/>
              </w:rPr>
              <w:t>シート（床の塗装材）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>に、ふくれ・はがれ・ひび割れがある。</w:t>
            </w:r>
          </w:p>
        </w:tc>
        <w:tc>
          <w:tcPr>
            <w:tcW w:w="2018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074261" w14:textId="2AD34EEE" w:rsidR="004845B8" w:rsidRPr="00DA0189" w:rsidRDefault="004845B8" w:rsidP="004845B8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A8A3D16" w14:textId="127D30B8" w:rsidR="004845B8" w:rsidRPr="003E50AC" w:rsidRDefault="004845B8" w:rsidP="004845B8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4845B8" w:rsidRPr="003E50AC" w14:paraId="021F3CA0" w14:textId="77777777" w:rsidTr="004845B8">
        <w:trPr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ACAE68F" w14:textId="0F9CDEAE" w:rsidR="004845B8" w:rsidRPr="003E50AC" w:rsidRDefault="004845B8" w:rsidP="004845B8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壁・天井・床に、ひび割れ</w:t>
            </w:r>
            <w:r w:rsidR="000B46B0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>欠損</w:t>
            </w:r>
            <w:r w:rsidR="000B46B0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>浮き</w:t>
            </w:r>
            <w:r w:rsidR="000B46B0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>はがれがある。</w:t>
            </w:r>
          </w:p>
        </w:tc>
        <w:tc>
          <w:tcPr>
            <w:tcW w:w="2018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FBDD34" w14:textId="7DE51DE6" w:rsidR="004845B8" w:rsidRPr="00DA0189" w:rsidRDefault="004845B8" w:rsidP="004845B8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D620B41" w14:textId="1839528D" w:rsidR="004845B8" w:rsidRPr="003E50AC" w:rsidRDefault="004845B8" w:rsidP="004845B8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4845B8" w:rsidRPr="003E50AC" w14:paraId="529CA1B1" w14:textId="77777777" w:rsidTr="004845B8">
        <w:trPr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656825" w14:textId="3688475A" w:rsidR="004845B8" w:rsidRPr="003E50AC" w:rsidRDefault="004845B8" w:rsidP="004845B8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天井</w:t>
            </w:r>
            <w:r w:rsidR="000B46B0">
              <w:rPr>
                <w:rFonts w:ascii="BIZ UDゴシック" w:eastAsia="BIZ UDゴシック" w:hAnsi="BIZ UDゴシック" w:hint="eastAsia"/>
                <w:sz w:val="22"/>
              </w:rPr>
              <w:t>から雨漏り、または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>壁</w:t>
            </w:r>
            <w:r w:rsidR="000B46B0">
              <w:rPr>
                <w:rFonts w:ascii="BIZ UDゴシック" w:eastAsia="BIZ UDゴシック" w:hAnsi="BIZ UDゴシック" w:hint="eastAsia"/>
                <w:sz w:val="22"/>
              </w:rPr>
              <w:t>の内側に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>雨漏り又は漏水跡がある。</w:t>
            </w:r>
          </w:p>
        </w:tc>
        <w:tc>
          <w:tcPr>
            <w:tcW w:w="2018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5918C0" w14:textId="4EED106D" w:rsidR="004845B8" w:rsidRPr="00DA0189" w:rsidRDefault="004845B8" w:rsidP="004845B8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9176F42" w14:textId="31C5D874" w:rsidR="004845B8" w:rsidRPr="003E50AC" w:rsidRDefault="004845B8" w:rsidP="004845B8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4845B8" w:rsidRPr="003E50AC" w14:paraId="47376B90" w14:textId="77777777" w:rsidTr="004845B8">
        <w:trPr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F3F7E3" w14:textId="03C97961" w:rsidR="004845B8" w:rsidRPr="003E50AC" w:rsidRDefault="004845B8" w:rsidP="004845B8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手すりにぐらつき</w:t>
            </w:r>
            <w:r w:rsidR="000B46B0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t>錆・腐食がある。</w:t>
            </w:r>
          </w:p>
        </w:tc>
        <w:tc>
          <w:tcPr>
            <w:tcW w:w="2018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79B194" w14:textId="2E12F1A4" w:rsidR="004845B8" w:rsidRPr="00DA0189" w:rsidRDefault="004845B8" w:rsidP="004845B8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E9E6D1C" w14:textId="784535E2" w:rsidR="004845B8" w:rsidRPr="003E50AC" w:rsidRDefault="004845B8" w:rsidP="004845B8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4845B8" w:rsidRPr="003E50AC" w14:paraId="30B85549" w14:textId="77777777" w:rsidTr="004845B8">
        <w:trPr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2640B7" w14:textId="4BC2AED4" w:rsidR="004845B8" w:rsidRPr="003E50AC" w:rsidRDefault="000B46B0" w:rsidP="004845B8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その他</w:t>
            </w:r>
            <w:r w:rsidR="00716762">
              <w:rPr>
                <w:rFonts w:ascii="BIZ UDゴシック" w:eastAsia="BIZ UDゴシック" w:hAnsi="BIZ UDゴシック" w:hint="eastAsia"/>
                <w:sz w:val="22"/>
              </w:rPr>
              <w:t>（</w:t>
            </w:r>
            <w:r w:rsidR="004845B8" w:rsidRPr="003E50AC">
              <w:rPr>
                <w:rFonts w:ascii="BIZ UDゴシック" w:eastAsia="BIZ UDゴシック" w:hAnsi="BIZ UDゴシック"/>
                <w:sz w:val="22"/>
              </w:rPr>
              <w:t>隔て板、物干金物、避難ハッチ等</w:t>
            </w:r>
            <w:r w:rsidR="00716762">
              <w:rPr>
                <w:rFonts w:ascii="BIZ UDゴシック" w:eastAsia="BIZ UDゴシック" w:hAnsi="BIZ UDゴシック" w:hint="eastAsia"/>
                <w:sz w:val="22"/>
              </w:rPr>
              <w:t>）の不具合</w:t>
            </w:r>
          </w:p>
        </w:tc>
        <w:tc>
          <w:tcPr>
            <w:tcW w:w="2018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8D784F" w14:textId="7902ACB2" w:rsidR="004845B8" w:rsidRPr="00DA0189" w:rsidRDefault="004845B8" w:rsidP="004845B8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04D41A5" w14:textId="538492CB" w:rsidR="004845B8" w:rsidRPr="003E50AC" w:rsidRDefault="004845B8" w:rsidP="004845B8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</w:tbl>
    <w:p w14:paraId="2AACA3A4" w14:textId="77777777" w:rsidR="00C30E4B" w:rsidRPr="003E50AC" w:rsidRDefault="00A31A56">
      <w:pPr>
        <w:pStyle w:val="1"/>
        <w:spacing w:before="160" w:after="80"/>
        <w:rPr>
          <w:rFonts w:ascii="BIZ UDゴシック" w:eastAsia="BIZ UDゴシック" w:hAnsi="BIZ UDゴシック"/>
        </w:rPr>
      </w:pPr>
      <w:r w:rsidRPr="003E50AC">
        <w:rPr>
          <w:rFonts w:ascii="BIZ UDゴシック" w:eastAsia="BIZ UDゴシック" w:hAnsi="BIZ UDゴシック"/>
          <w:color w:val="1F4E79"/>
          <w:sz w:val="26"/>
        </w:rPr>
        <w:t>2　窓・サッシ・玄関ドア</w:t>
      </w:r>
    </w:p>
    <w:tbl>
      <w:tblPr>
        <w:tblStyle w:val="afe"/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039"/>
        <w:gridCol w:w="2019"/>
        <w:gridCol w:w="3750"/>
      </w:tblGrid>
      <w:tr w:rsidR="003E50AC" w:rsidRPr="003E50AC" w14:paraId="60713DD0" w14:textId="77777777" w:rsidTr="005D286B">
        <w:trPr>
          <w:tblHeader/>
          <w:jc w:val="center"/>
        </w:trPr>
        <w:tc>
          <w:tcPr>
            <w:tcW w:w="4039" w:type="dxa"/>
            <w:shd w:val="clear" w:color="auto" w:fill="D9EAF7"/>
            <w:vAlign w:val="center"/>
          </w:tcPr>
          <w:p w14:paraId="3C0EA76A" w14:textId="77777777" w:rsidR="003E50AC" w:rsidRPr="003E50AC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確認項目</w:t>
            </w:r>
          </w:p>
        </w:tc>
        <w:tc>
          <w:tcPr>
            <w:tcW w:w="2019" w:type="dxa"/>
            <w:shd w:val="clear" w:color="auto" w:fill="D9EAF7"/>
            <w:vAlign w:val="center"/>
          </w:tcPr>
          <w:p w14:paraId="1939695F" w14:textId="77777777" w:rsidR="003E50AC" w:rsidRPr="003E50AC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回答</w:t>
            </w:r>
          </w:p>
        </w:tc>
        <w:tc>
          <w:tcPr>
            <w:tcW w:w="3750" w:type="dxa"/>
            <w:shd w:val="clear" w:color="auto" w:fill="D9EAF7"/>
            <w:vAlign w:val="center"/>
          </w:tcPr>
          <w:p w14:paraId="4A8C2F83" w14:textId="77777777" w:rsidR="003E50AC" w:rsidRPr="003E50AC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場所・時期・状況</w:t>
            </w:r>
          </w:p>
        </w:tc>
      </w:tr>
      <w:tr w:rsidR="005D286B" w:rsidRPr="003E50AC" w14:paraId="6442C316" w14:textId="77777777" w:rsidTr="00DA0189">
        <w:trPr>
          <w:cantSplit/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5D3465" w14:textId="77777777" w:rsidR="005D286B" w:rsidRPr="003E50AC" w:rsidRDefault="005D286B" w:rsidP="00DA0189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窓・サッシが開閉しにくい、がたつく、鍵がかかりにくい。</w:t>
            </w:r>
          </w:p>
        </w:tc>
        <w:tc>
          <w:tcPr>
            <w:tcW w:w="201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9AFECBE" w14:textId="191A0A60" w:rsidR="005D286B" w:rsidRPr="00DA0189" w:rsidRDefault="005D286B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D1A1E26" w14:textId="2537F50A" w:rsidR="005D286B" w:rsidRPr="003E50AC" w:rsidRDefault="005D286B" w:rsidP="005D286B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5D286B" w:rsidRPr="003E50AC" w14:paraId="62483C37" w14:textId="77777777" w:rsidTr="00DA0189">
        <w:trPr>
          <w:cantSplit/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43175A" w14:textId="77777777" w:rsidR="005D286B" w:rsidRPr="003E50AC" w:rsidRDefault="005D286B" w:rsidP="00DA0189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窓・サッシ周りから、雨水の浸入又はすき間風がある。</w:t>
            </w:r>
          </w:p>
        </w:tc>
        <w:tc>
          <w:tcPr>
            <w:tcW w:w="201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8E3DB45" w14:textId="46528A44" w:rsidR="005D286B" w:rsidRPr="00DA0189" w:rsidRDefault="005D286B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85FBE68" w14:textId="21A9B0C6" w:rsidR="005D286B" w:rsidRPr="003E50AC" w:rsidRDefault="005D286B" w:rsidP="005D286B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5D286B" w:rsidRPr="003E50AC" w14:paraId="44CA00FA" w14:textId="77777777" w:rsidTr="00DA0189">
        <w:trPr>
          <w:cantSplit/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83AF714" w14:textId="77777777" w:rsidR="005D286B" w:rsidRPr="003E50AC" w:rsidRDefault="005D286B" w:rsidP="00DA0189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lastRenderedPageBreak/>
              <w:t>ガラス、網戸、シーリング材等に不具合がある。</w:t>
            </w:r>
          </w:p>
        </w:tc>
        <w:tc>
          <w:tcPr>
            <w:tcW w:w="201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9257FB9" w14:textId="6ACF6BCD" w:rsidR="005D286B" w:rsidRPr="00DA0189" w:rsidRDefault="005D286B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A1C4A9" w14:textId="33498E07" w:rsidR="005D286B" w:rsidRPr="003E50AC" w:rsidRDefault="005D286B" w:rsidP="005D286B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5D286B" w:rsidRPr="003E50AC" w14:paraId="13528866" w14:textId="77777777" w:rsidTr="00DA0189">
        <w:trPr>
          <w:cantSplit/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4944160" w14:textId="77777777" w:rsidR="005D286B" w:rsidRPr="003E50AC" w:rsidRDefault="005D286B" w:rsidP="00DA0189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玄関ドアが開閉しにくい、又は枠・扉に錆や塗装のはがれがある。</w:t>
            </w:r>
          </w:p>
        </w:tc>
        <w:tc>
          <w:tcPr>
            <w:tcW w:w="201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69CCF74" w14:textId="56760D64" w:rsidR="005D286B" w:rsidRPr="00DA0189" w:rsidRDefault="005D286B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8CF44DF" w14:textId="7BEC7D31" w:rsidR="005D286B" w:rsidRPr="003E50AC" w:rsidRDefault="005D286B" w:rsidP="005D286B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</w:tbl>
    <w:p w14:paraId="60476C8C" w14:textId="77777777" w:rsidR="00C30E4B" w:rsidRPr="003E50AC" w:rsidRDefault="00A31A56">
      <w:pPr>
        <w:pStyle w:val="1"/>
        <w:spacing w:before="160" w:after="80"/>
        <w:rPr>
          <w:rFonts w:ascii="BIZ UDゴシック" w:eastAsia="BIZ UDゴシック" w:hAnsi="BIZ UDゴシック"/>
        </w:rPr>
      </w:pPr>
      <w:r w:rsidRPr="003E50AC">
        <w:rPr>
          <w:rFonts w:ascii="BIZ UDゴシック" w:eastAsia="BIZ UDゴシック" w:hAnsi="BIZ UDゴシック"/>
          <w:color w:val="1F4E79"/>
          <w:sz w:val="26"/>
        </w:rPr>
        <w:t>3　住戸内で確認できる不具合</w:t>
      </w:r>
    </w:p>
    <w:tbl>
      <w:tblPr>
        <w:tblStyle w:val="afe"/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039"/>
        <w:gridCol w:w="2019"/>
        <w:gridCol w:w="3750"/>
      </w:tblGrid>
      <w:tr w:rsidR="003E50AC" w:rsidRPr="003E50AC" w14:paraId="0C75DDE7" w14:textId="77777777" w:rsidTr="005D286B">
        <w:trPr>
          <w:tblHeader/>
          <w:jc w:val="center"/>
        </w:trPr>
        <w:tc>
          <w:tcPr>
            <w:tcW w:w="4039" w:type="dxa"/>
            <w:shd w:val="clear" w:color="auto" w:fill="D9EAF7"/>
            <w:vAlign w:val="center"/>
          </w:tcPr>
          <w:p w14:paraId="2F1C193E" w14:textId="77777777" w:rsidR="003E50AC" w:rsidRPr="003E50AC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確認項目</w:t>
            </w:r>
          </w:p>
        </w:tc>
        <w:tc>
          <w:tcPr>
            <w:tcW w:w="2019" w:type="dxa"/>
            <w:shd w:val="clear" w:color="auto" w:fill="D9EAF7"/>
            <w:vAlign w:val="center"/>
          </w:tcPr>
          <w:p w14:paraId="640125F4" w14:textId="77777777" w:rsidR="003E50AC" w:rsidRPr="003E50AC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回答</w:t>
            </w:r>
          </w:p>
        </w:tc>
        <w:tc>
          <w:tcPr>
            <w:tcW w:w="3750" w:type="dxa"/>
            <w:shd w:val="clear" w:color="auto" w:fill="D9EAF7"/>
            <w:vAlign w:val="center"/>
          </w:tcPr>
          <w:p w14:paraId="1B19F7F4" w14:textId="77777777" w:rsidR="003E50AC" w:rsidRPr="003E50AC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b/>
                <w:sz w:val="22"/>
              </w:rPr>
              <w:t>場所・時期・状況</w:t>
            </w:r>
          </w:p>
        </w:tc>
      </w:tr>
      <w:tr w:rsidR="005D286B" w:rsidRPr="003E50AC" w14:paraId="19B99B9C" w14:textId="77777777" w:rsidTr="00DA0189">
        <w:trPr>
          <w:cantSplit/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1B714F" w14:textId="77777777" w:rsidR="005D286B" w:rsidRPr="003E50AC" w:rsidRDefault="005D286B" w:rsidP="00DA0189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給水の出が悪い、排水の流れが悪い、異音・異臭がある。</w:t>
            </w:r>
          </w:p>
        </w:tc>
        <w:tc>
          <w:tcPr>
            <w:tcW w:w="201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D6B05B" w14:textId="6023C15D" w:rsidR="005D286B" w:rsidRPr="00DA0189" w:rsidRDefault="005D286B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E383F91" w14:textId="7ECF7F0B" w:rsidR="005D286B" w:rsidRPr="003E50AC" w:rsidRDefault="005D286B" w:rsidP="005D286B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</w:tbl>
    <w:p w14:paraId="307420FA" w14:textId="77777777" w:rsidR="00C30E4B" w:rsidRPr="003E50AC" w:rsidRDefault="00A31A56">
      <w:pPr>
        <w:pStyle w:val="1"/>
        <w:spacing w:before="160" w:after="80"/>
        <w:rPr>
          <w:rFonts w:ascii="BIZ UDゴシック" w:eastAsia="BIZ UDゴシック" w:hAnsi="BIZ UDゴシック"/>
        </w:rPr>
      </w:pPr>
      <w:r w:rsidRPr="003E50AC">
        <w:rPr>
          <w:rFonts w:ascii="BIZ UDゴシック" w:eastAsia="BIZ UDゴシック" w:hAnsi="BIZ UDゴシック"/>
          <w:color w:val="1F4E79"/>
          <w:sz w:val="26"/>
        </w:rPr>
        <w:t>4　共用部分で気になる箇所</w:t>
      </w:r>
    </w:p>
    <w:tbl>
      <w:tblPr>
        <w:tblStyle w:val="afe"/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039"/>
        <w:gridCol w:w="2019"/>
        <w:gridCol w:w="3750"/>
      </w:tblGrid>
      <w:tr w:rsidR="003E50AC" w:rsidRPr="003E50AC" w14:paraId="101E7DDA" w14:textId="77777777" w:rsidTr="005D286B">
        <w:trPr>
          <w:tblHeader/>
          <w:jc w:val="center"/>
        </w:trPr>
        <w:tc>
          <w:tcPr>
            <w:tcW w:w="4039" w:type="dxa"/>
            <w:shd w:val="clear" w:color="auto" w:fill="D9EAF7"/>
            <w:vAlign w:val="center"/>
          </w:tcPr>
          <w:p w14:paraId="7221DF0C" w14:textId="77777777" w:rsidR="003E50AC" w:rsidRPr="00DA0189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/>
                <w:b/>
                <w:sz w:val="22"/>
              </w:rPr>
              <w:t>確認項目</w:t>
            </w:r>
          </w:p>
        </w:tc>
        <w:tc>
          <w:tcPr>
            <w:tcW w:w="2019" w:type="dxa"/>
            <w:shd w:val="clear" w:color="auto" w:fill="D9EAF7"/>
            <w:vAlign w:val="center"/>
          </w:tcPr>
          <w:p w14:paraId="1876D376" w14:textId="77777777" w:rsidR="003E50AC" w:rsidRPr="00DA0189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/>
                <w:b/>
                <w:sz w:val="22"/>
              </w:rPr>
              <w:t>回答</w:t>
            </w:r>
          </w:p>
        </w:tc>
        <w:tc>
          <w:tcPr>
            <w:tcW w:w="3750" w:type="dxa"/>
            <w:shd w:val="clear" w:color="auto" w:fill="D9EAF7"/>
            <w:vAlign w:val="center"/>
          </w:tcPr>
          <w:p w14:paraId="219B1256" w14:textId="77777777" w:rsidR="003E50AC" w:rsidRPr="00DA0189" w:rsidRDefault="003E50A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/>
                <w:b/>
                <w:sz w:val="22"/>
              </w:rPr>
              <w:t>場所・時期・状況</w:t>
            </w:r>
          </w:p>
        </w:tc>
      </w:tr>
      <w:tr w:rsidR="005D286B" w:rsidRPr="003E50AC" w14:paraId="55299270" w14:textId="77777777" w:rsidTr="00DA0189">
        <w:trPr>
          <w:cantSplit/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CCEC2A6" w14:textId="77777777" w:rsidR="005D286B" w:rsidRPr="003E50AC" w:rsidRDefault="005D286B" w:rsidP="00DA0189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外壁、廊下、階段等に、ひび割れ・欠損・浮き・はがれがある。</w:t>
            </w:r>
          </w:p>
        </w:tc>
        <w:tc>
          <w:tcPr>
            <w:tcW w:w="201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30E4BD3" w14:textId="1C52378E" w:rsidR="005D286B" w:rsidRPr="00DA0189" w:rsidRDefault="005D286B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67F9851" w14:textId="7ECAC2E7" w:rsidR="005D286B" w:rsidRPr="003E50AC" w:rsidRDefault="005D286B" w:rsidP="005D286B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5D286B" w:rsidRPr="003E50AC" w14:paraId="005DA29F" w14:textId="77777777" w:rsidTr="00DA0189">
        <w:trPr>
          <w:cantSplit/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6E3AC74" w14:textId="77777777" w:rsidR="005D286B" w:rsidRPr="003E50AC" w:rsidRDefault="005D286B" w:rsidP="00DA0189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廊下・階段・エントランス等に、雨漏り又は水たまりがある。</w:t>
            </w:r>
          </w:p>
        </w:tc>
        <w:tc>
          <w:tcPr>
            <w:tcW w:w="201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75BA8D8" w14:textId="2CDEC6BD" w:rsidR="005D286B" w:rsidRPr="00DA0189" w:rsidRDefault="005D286B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26943FA" w14:textId="56C5D6B5" w:rsidR="005D286B" w:rsidRPr="003E50AC" w:rsidRDefault="005D286B" w:rsidP="005D286B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5D286B" w:rsidRPr="003E50AC" w14:paraId="61209C08" w14:textId="77777777" w:rsidTr="00DA0189">
        <w:trPr>
          <w:cantSplit/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3346EF4" w14:textId="77777777" w:rsidR="005D286B" w:rsidRPr="003E50AC" w:rsidRDefault="005D286B" w:rsidP="00DA0189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手すり、扉、金物等に、ぐらつき・錆・腐食がある。</w:t>
            </w:r>
          </w:p>
        </w:tc>
        <w:tc>
          <w:tcPr>
            <w:tcW w:w="201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913B2B" w14:textId="4C254A8B" w:rsidR="005D286B" w:rsidRPr="00DA0189" w:rsidRDefault="005D286B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797AF26" w14:textId="01DE672C" w:rsidR="005D286B" w:rsidRPr="003E50AC" w:rsidRDefault="005D286B" w:rsidP="005D286B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  <w:tr w:rsidR="005D286B" w:rsidRPr="003E50AC" w14:paraId="40560022" w14:textId="77777777" w:rsidTr="00DA0189">
        <w:trPr>
          <w:cantSplit/>
          <w:jc w:val="center"/>
        </w:trPr>
        <w:tc>
          <w:tcPr>
            <w:tcW w:w="403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050D2A" w14:textId="77777777" w:rsidR="005D286B" w:rsidRPr="003E50AC" w:rsidRDefault="005D286B" w:rsidP="00DA0189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駐車場・駐輪場・ごみ置場等に、不具合又は危険箇所がある。</w:t>
            </w:r>
          </w:p>
        </w:tc>
        <w:tc>
          <w:tcPr>
            <w:tcW w:w="2019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D6D481" w14:textId="64B0435A" w:rsidR="005D286B" w:rsidRPr="00DA0189" w:rsidRDefault="005D286B" w:rsidP="00DA018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DA0189">
              <w:rPr>
                <w:rFonts w:ascii="BIZ UDゴシック" w:eastAsia="BIZ UDゴシック" w:hAnsi="BIZ UDゴシック" w:hint="eastAsia"/>
                <w:sz w:val="22"/>
              </w:rPr>
              <w:t>なし／あり／不明</w:t>
            </w:r>
          </w:p>
        </w:tc>
        <w:tc>
          <w:tcPr>
            <w:tcW w:w="375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0A3474F" w14:textId="3A8BBE62" w:rsidR="005D286B" w:rsidRPr="003E50AC" w:rsidRDefault="005D286B" w:rsidP="005D286B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場所：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時期：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  <w:t>状況：</w:t>
            </w:r>
          </w:p>
        </w:tc>
      </w:tr>
    </w:tbl>
    <w:p w14:paraId="3FD4621B" w14:textId="77777777" w:rsidR="00C30E4B" w:rsidRPr="003E50AC" w:rsidRDefault="00A31A56">
      <w:pPr>
        <w:pStyle w:val="1"/>
        <w:spacing w:before="160" w:after="80"/>
        <w:rPr>
          <w:rFonts w:ascii="BIZ UDゴシック" w:eastAsia="BIZ UDゴシック" w:hAnsi="BIZ UDゴシック"/>
        </w:rPr>
      </w:pPr>
      <w:r w:rsidRPr="003E50AC">
        <w:rPr>
          <w:rFonts w:ascii="BIZ UDゴシック" w:eastAsia="BIZ UDゴシック" w:hAnsi="BIZ UDゴシック"/>
          <w:color w:val="1F4E79"/>
          <w:sz w:val="26"/>
        </w:rPr>
        <w:t>5　その他のご意見・ご要望</w:t>
      </w:r>
    </w:p>
    <w:tbl>
      <w:tblPr>
        <w:tblStyle w:val="afe"/>
        <w:tblW w:w="4900" w:type="pct"/>
        <w:jc w:val="center"/>
        <w:tblLook w:val="04A0" w:firstRow="1" w:lastRow="0" w:firstColumn="1" w:lastColumn="0" w:noHBand="0" w:noVBand="1"/>
      </w:tblPr>
      <w:tblGrid>
        <w:gridCol w:w="9792"/>
      </w:tblGrid>
      <w:tr w:rsidR="00C30E4B" w:rsidRPr="003E50AC" w14:paraId="7A02F93E" w14:textId="77777777" w:rsidTr="005D286B">
        <w:trPr>
          <w:jc w:val="center"/>
        </w:trPr>
        <w:tc>
          <w:tcPr>
            <w:tcW w:w="10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47D2D" w14:textId="77777777" w:rsidR="00C30E4B" w:rsidRPr="003E50AC" w:rsidRDefault="00A31A56">
            <w:pPr>
              <w:rPr>
                <w:rFonts w:ascii="BIZ UDゴシック" w:eastAsia="BIZ UDゴシック" w:hAnsi="BIZ UDゴシック"/>
                <w:sz w:val="22"/>
              </w:rPr>
            </w:pPr>
            <w:r w:rsidRPr="003E50AC">
              <w:rPr>
                <w:rFonts w:ascii="BIZ UDゴシック" w:eastAsia="BIZ UDゴシック" w:hAnsi="BIZ UDゴシック"/>
                <w:sz w:val="22"/>
              </w:rPr>
              <w:t>不具合の場所、症状、発生条件（大雨時・強風時・冬季のみ等）、修繕に関するご要望を自由に記入してください。</w:t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</w:r>
            <w:r w:rsidRPr="003E50AC">
              <w:rPr>
                <w:rFonts w:ascii="BIZ UDゴシック" w:eastAsia="BIZ UDゴシック" w:hAnsi="BIZ UDゴシック"/>
                <w:sz w:val="22"/>
              </w:rPr>
              <w:br/>
            </w:r>
          </w:p>
        </w:tc>
      </w:tr>
    </w:tbl>
    <w:p w14:paraId="5F20ADD1" w14:textId="77777777" w:rsidR="00C30E4B" w:rsidRPr="003E50AC" w:rsidRDefault="00A31A56">
      <w:pPr>
        <w:pStyle w:val="1"/>
        <w:spacing w:before="160" w:after="80"/>
        <w:rPr>
          <w:rFonts w:ascii="BIZ UDゴシック" w:eastAsia="BIZ UDゴシック" w:hAnsi="BIZ UDゴシック"/>
        </w:rPr>
      </w:pPr>
      <w:r w:rsidRPr="003E50AC">
        <w:rPr>
          <w:rFonts w:ascii="BIZ UDゴシック" w:eastAsia="BIZ UDゴシック" w:hAnsi="BIZ UDゴシック"/>
          <w:color w:val="1F4E79"/>
          <w:sz w:val="26"/>
        </w:rPr>
        <w:t>6　現地確認へのご協力</w:t>
      </w:r>
    </w:p>
    <w:p w14:paraId="2FFCD48F" w14:textId="472B16D0" w:rsidR="00A5029E" w:rsidRDefault="00A5029E">
      <w:pPr>
        <w:spacing w:after="20"/>
        <w:ind w:left="227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アンケート内容によっては、調査員が確認したいことがあります。ご協力いただけますか？</w:t>
      </w:r>
    </w:p>
    <w:p w14:paraId="03B91328" w14:textId="15D88F44" w:rsidR="00C30E4B" w:rsidRPr="003E50AC" w:rsidRDefault="00A31A56">
      <w:pPr>
        <w:spacing w:after="20"/>
        <w:ind w:left="227"/>
        <w:rPr>
          <w:rFonts w:ascii="BIZ UDゴシック" w:eastAsia="BIZ UDゴシック" w:hAnsi="BIZ UDゴシック"/>
          <w:sz w:val="22"/>
        </w:rPr>
      </w:pPr>
      <w:r w:rsidRPr="003E50AC">
        <w:rPr>
          <w:rFonts w:ascii="BIZ UDゴシック" w:eastAsia="BIZ UDゴシック" w:hAnsi="BIZ UDゴシック"/>
          <w:sz w:val="22"/>
        </w:rPr>
        <w:t>□ 調査員によるバルコニー・住戸内等の確認に協力できる。</w:t>
      </w:r>
    </w:p>
    <w:p w14:paraId="71A969C5" w14:textId="77777777" w:rsidR="00C30E4B" w:rsidRPr="003E50AC" w:rsidRDefault="00A31A56">
      <w:pPr>
        <w:spacing w:after="20"/>
        <w:ind w:left="227"/>
        <w:rPr>
          <w:rFonts w:ascii="BIZ UDゴシック" w:eastAsia="BIZ UDゴシック" w:hAnsi="BIZ UDゴシック"/>
          <w:sz w:val="22"/>
        </w:rPr>
      </w:pPr>
      <w:r w:rsidRPr="003E50AC">
        <w:rPr>
          <w:rFonts w:ascii="BIZ UDゴシック" w:eastAsia="BIZ UDゴシック" w:hAnsi="BIZ UDゴシック"/>
          <w:sz w:val="22"/>
        </w:rPr>
        <w:t>□ 現地確認は希望しない。</w:t>
      </w:r>
    </w:p>
    <w:p w14:paraId="2C5ADE24" w14:textId="14160190" w:rsidR="005172B7" w:rsidRPr="005172B7" w:rsidRDefault="00942EEE" w:rsidP="005172B7">
      <w:pPr>
        <w:spacing w:before="40" w:after="40"/>
        <w:rPr>
          <w:rFonts w:ascii="BIZ UDゴシック" w:eastAsia="BIZ UDゴシック" w:hAnsi="BIZ UDゴシック"/>
          <w:sz w:val="22"/>
          <w:u w:val="single"/>
          <w:bdr w:val="single" w:sz="4" w:space="0" w:color="auto"/>
        </w:rPr>
      </w:pPr>
      <w:r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469B80" wp14:editId="584B01B7">
                <wp:simplePos x="0" y="0"/>
                <wp:positionH relativeFrom="column">
                  <wp:posOffset>2920365</wp:posOffset>
                </wp:positionH>
                <wp:positionV relativeFrom="paragraph">
                  <wp:posOffset>193040</wp:posOffset>
                </wp:positionV>
                <wp:extent cx="3009900" cy="9525"/>
                <wp:effectExtent l="0" t="0" r="19050" b="28575"/>
                <wp:wrapNone/>
                <wp:docPr id="211965738" name="直線コネクタ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54B703-7C40-45DA-976A-4A8DB4BA2F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900" cy="95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60DBF1" id="直線コネクタ 4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95pt,15.2pt" to="466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" strokecolor="black [3213]" strokeweight=".5pt"/>
            </w:pict>
          </mc:Fallback>
        </mc:AlternateContent>
      </w:r>
      <w:r w:rsidRPr="003E50AC">
        <w:rPr>
          <w:rFonts w:ascii="BIZ UDゴシック" w:eastAsia="BIZ UDゴシック" w:hAnsi="BIZ UDゴシック"/>
          <w:sz w:val="22"/>
        </w:rPr>
        <w:t>希望連絡方法：□電話　□メール　□書面</w:t>
      </w:r>
      <w:r w:rsidR="00A5029E">
        <w:rPr>
          <w:rFonts w:ascii="BIZ UDゴシック" w:eastAsia="BIZ UDゴシック" w:hAnsi="BIZ UDゴシック" w:hint="eastAsia"/>
          <w:sz w:val="22"/>
        </w:rPr>
        <w:t xml:space="preserve">　　連絡先：</w:t>
      </w:r>
    </w:p>
    <w:p w14:paraId="48C9658D" w14:textId="0DE895C4" w:rsidR="005172B7" w:rsidRPr="005172B7" w:rsidRDefault="005172B7" w:rsidP="005172B7">
      <w:pPr>
        <w:spacing w:before="40" w:after="4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※</w:t>
      </w:r>
      <w:r w:rsidR="00942EEE">
        <w:rPr>
          <w:rFonts w:ascii="BIZ UDゴシック" w:eastAsia="BIZ UDゴシック" w:hAnsi="BIZ UDゴシック" w:hint="eastAsia"/>
          <w:sz w:val="22"/>
        </w:rPr>
        <w:t>この情報は建物調査以外の目的には使用しません</w:t>
      </w:r>
    </w:p>
    <w:sectPr w:rsidR="005172B7" w:rsidRPr="005172B7" w:rsidSect="005D28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8" w:right="1152" w:bottom="1152" w:left="1296" w:header="403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22FDA" w14:textId="77777777" w:rsidR="0085280E" w:rsidRDefault="0085280E">
      <w:pPr>
        <w:spacing w:after="0" w:line="240" w:lineRule="auto"/>
      </w:pPr>
      <w:r>
        <w:separator/>
      </w:r>
    </w:p>
  </w:endnote>
  <w:endnote w:type="continuationSeparator" w:id="0">
    <w:p w14:paraId="3359674A" w14:textId="77777777" w:rsidR="0085280E" w:rsidRDefault="0085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6909B" w14:textId="77777777" w:rsidR="000A5CAC" w:rsidRDefault="000A5CA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15EE" w14:textId="4C898890" w:rsidR="00C30E4B" w:rsidRDefault="00C30E4B">
    <w:pPr>
      <w:pStyle w:val="a7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3F2E" w14:textId="77777777" w:rsidR="000A5CAC" w:rsidRDefault="000A5C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3588C" w14:textId="77777777" w:rsidR="0085280E" w:rsidRDefault="0085280E">
      <w:pPr>
        <w:spacing w:after="0" w:line="240" w:lineRule="auto"/>
      </w:pPr>
      <w:r>
        <w:separator/>
      </w:r>
    </w:p>
  </w:footnote>
  <w:footnote w:type="continuationSeparator" w:id="0">
    <w:p w14:paraId="701D041E" w14:textId="77777777" w:rsidR="0085280E" w:rsidRDefault="0085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B760" w14:textId="77777777" w:rsidR="000A5CAC" w:rsidRDefault="000A5CA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73AA" w14:textId="77777777" w:rsidR="000A5CAC" w:rsidRDefault="000A5CA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4D99A" w14:textId="77777777" w:rsidR="000A5CAC" w:rsidRDefault="000A5C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D97F4E"/>
    <w:multiLevelType w:val="hybridMultilevel"/>
    <w:tmpl w:val="77B84D9C"/>
    <w:lvl w:ilvl="0" w:tplc="899CCBEA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2582814">
    <w:abstractNumId w:val="9"/>
  </w:num>
  <w:num w:numId="2" w16cid:durableId="1345597150">
    <w:abstractNumId w:val="0"/>
  </w:num>
  <w:num w:numId="3" w16cid:durableId="1350597457">
    <w:abstractNumId w:val="7"/>
  </w:num>
  <w:num w:numId="4" w16cid:durableId="1384644735">
    <w:abstractNumId w:val="3"/>
  </w:num>
  <w:num w:numId="5" w16cid:durableId="1741102536">
    <w:abstractNumId w:val="1"/>
  </w:num>
  <w:num w:numId="6" w16cid:durableId="187180496">
    <w:abstractNumId w:val="5"/>
  </w:num>
  <w:num w:numId="7" w16cid:durableId="1999578231">
    <w:abstractNumId w:val="6"/>
  </w:num>
  <w:num w:numId="8" w16cid:durableId="2038850706">
    <w:abstractNumId w:val="4"/>
  </w:num>
  <w:num w:numId="9" w16cid:durableId="696127807">
    <w:abstractNumId w:val="2"/>
  </w:num>
  <w:num w:numId="10" w16cid:durableId="932083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76C"/>
    <w:rsid w:val="0006063C"/>
    <w:rsid w:val="000A5CAC"/>
    <w:rsid w:val="000B46B0"/>
    <w:rsid w:val="001068D0"/>
    <w:rsid w:val="0015074B"/>
    <w:rsid w:val="002164E7"/>
    <w:rsid w:val="0026582F"/>
    <w:rsid w:val="00286CD8"/>
    <w:rsid w:val="0029639D"/>
    <w:rsid w:val="002A6D64"/>
    <w:rsid w:val="00326F90"/>
    <w:rsid w:val="003E50AC"/>
    <w:rsid w:val="004845B8"/>
    <w:rsid w:val="005172B7"/>
    <w:rsid w:val="005639FF"/>
    <w:rsid w:val="005D286B"/>
    <w:rsid w:val="00715A6E"/>
    <w:rsid w:val="00716762"/>
    <w:rsid w:val="0085280E"/>
    <w:rsid w:val="00872394"/>
    <w:rsid w:val="009255F8"/>
    <w:rsid w:val="00933BC5"/>
    <w:rsid w:val="00942EEE"/>
    <w:rsid w:val="00A0073C"/>
    <w:rsid w:val="00A31A56"/>
    <w:rsid w:val="00A5029E"/>
    <w:rsid w:val="00AA1D8D"/>
    <w:rsid w:val="00B47730"/>
    <w:rsid w:val="00C30E4B"/>
    <w:rsid w:val="00CB0664"/>
    <w:rsid w:val="00CC7577"/>
    <w:rsid w:val="00D074C8"/>
    <w:rsid w:val="00DA01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1DC8FF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20"/>
      <w:lang w:eastAsia="ja-JP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0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7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6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4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9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tx1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1168</Characters>
  <Application>Microsoft Office Word</Application>
  <DocSecurity>0</DocSecurity>
  <Lines>9</Lines>
  <Paragraphs>2</Paragraphs>
  <ScaleCrop>false</ScaleCrop>
  <Manager/>
  <Company/>
  <LinksUpToDate>false</LinksUpToDate>
  <CharactersWithSpaces>1370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2026-07-06T04:41:00Z</dcterms:created>
  <dcterms:modified xsi:type="dcterms:W3CDTF">2026-07-06T04:50:00Z</dcterms:modified>
  <cp:category/>
</cp:coreProperties>
</file>